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E8066" w14:textId="77777777" w:rsidR="00A46690" w:rsidRPr="00465D17" w:rsidRDefault="00000000">
      <w:pPr>
        <w:spacing w:before="200" w:after="40"/>
        <w:jc w:val="center"/>
        <w:rPr>
          <w:lang w:val="pl-PL"/>
        </w:rPr>
      </w:pPr>
      <w:r w:rsidRPr="00465D17">
        <w:rPr>
          <w:b/>
          <w:sz w:val="38"/>
          <w:lang w:val="pl-PL"/>
        </w:rPr>
        <w:t>FORMULARZ ZGŁOSZENIOWY</w:t>
      </w:r>
    </w:p>
    <w:p w14:paraId="79F08B37" w14:textId="77777777" w:rsidR="00A46690" w:rsidRPr="00465D17" w:rsidRDefault="00000000">
      <w:pPr>
        <w:spacing w:after="60"/>
        <w:jc w:val="center"/>
        <w:rPr>
          <w:lang w:val="pl-PL"/>
        </w:rPr>
      </w:pPr>
      <w:r w:rsidRPr="00465D17">
        <w:rPr>
          <w:b/>
          <w:sz w:val="26"/>
          <w:lang w:val="pl-PL"/>
        </w:rPr>
        <w:t>do projektu „Młodzi Odkrywcy Finansów”</w:t>
      </w:r>
    </w:p>
    <w:p w14:paraId="1C19A5BC" w14:textId="77777777" w:rsidR="00A46690" w:rsidRDefault="00000000">
      <w:pPr>
        <w:jc w:val="center"/>
      </w:pPr>
      <w:r w:rsidRPr="00465D17">
        <w:rPr>
          <w:i/>
          <w:sz w:val="19"/>
          <w:lang w:val="pl-PL"/>
        </w:rPr>
        <w:t xml:space="preserve">Realizacja projektu: 1 września – 30 listopada 2026 r.  </w:t>
      </w:r>
      <w:r>
        <w:rPr>
          <w:i/>
          <w:sz w:val="19"/>
        </w:rPr>
        <w:t xml:space="preserve">|  </w:t>
      </w:r>
      <w:proofErr w:type="spellStart"/>
      <w:r>
        <w:rPr>
          <w:i/>
          <w:sz w:val="19"/>
        </w:rPr>
        <w:t>Udział</w:t>
      </w:r>
      <w:proofErr w:type="spellEnd"/>
      <w:r>
        <w:rPr>
          <w:i/>
          <w:sz w:val="19"/>
        </w:rPr>
        <w:t xml:space="preserve"> </w:t>
      </w:r>
      <w:proofErr w:type="spellStart"/>
      <w:r>
        <w:rPr>
          <w:i/>
          <w:sz w:val="19"/>
        </w:rPr>
        <w:t>bezpłatny</w:t>
      </w:r>
      <w:proofErr w:type="spellEnd"/>
    </w:p>
    <w:p w14:paraId="747669D5" w14:textId="77777777" w:rsidR="00A46690" w:rsidRPr="00465D17" w:rsidRDefault="00000000">
      <w:pPr>
        <w:pStyle w:val="Nagwek1"/>
        <w:spacing w:before="200" w:after="100"/>
        <w:rPr>
          <w:lang w:val="pl-PL"/>
        </w:rPr>
      </w:pPr>
      <w:r w:rsidRPr="00465D17">
        <w:rPr>
          <w:lang w:val="pl-PL"/>
        </w:rPr>
        <w:t>1. DANE UCZESTNIKA</w:t>
      </w:r>
    </w:p>
    <w:p w14:paraId="7DC6F8FA" w14:textId="77777777" w:rsidR="00A46690" w:rsidRPr="00465D17" w:rsidRDefault="00000000">
      <w:pPr>
        <w:spacing w:after="80"/>
        <w:rPr>
          <w:lang w:val="pl-PL"/>
        </w:rPr>
      </w:pPr>
      <w:r w:rsidRPr="00465D17">
        <w:rPr>
          <w:b/>
          <w:lang w:val="pl-PL"/>
        </w:rPr>
        <w:t xml:space="preserve">Imię i nazwisko: </w:t>
      </w:r>
      <w:r w:rsidRPr="00465D17">
        <w:rPr>
          <w:lang w:val="pl-PL"/>
        </w:rPr>
        <w:t>........................................................................................................................</w:t>
      </w:r>
    </w:p>
    <w:p w14:paraId="554A7E8A" w14:textId="77777777" w:rsidR="00A46690" w:rsidRPr="00465D17" w:rsidRDefault="00000000">
      <w:pPr>
        <w:spacing w:after="80"/>
        <w:rPr>
          <w:lang w:val="pl-PL"/>
        </w:rPr>
      </w:pPr>
      <w:r w:rsidRPr="00465D17">
        <w:rPr>
          <w:b/>
          <w:lang w:val="pl-PL"/>
        </w:rPr>
        <w:t xml:space="preserve">Data urodzenia: </w:t>
      </w:r>
      <w:r w:rsidRPr="00465D17">
        <w:rPr>
          <w:lang w:val="pl-PL"/>
        </w:rPr>
        <w:t>....................................................</w:t>
      </w:r>
    </w:p>
    <w:p w14:paraId="25E54761" w14:textId="77777777" w:rsidR="00A46690" w:rsidRPr="00465D17" w:rsidRDefault="00000000">
      <w:pPr>
        <w:spacing w:after="80"/>
        <w:rPr>
          <w:lang w:val="pl-PL"/>
        </w:rPr>
      </w:pPr>
      <w:r w:rsidRPr="00465D17">
        <w:rPr>
          <w:b/>
          <w:lang w:val="pl-PL"/>
        </w:rPr>
        <w:t xml:space="preserve">Wiek: </w:t>
      </w:r>
      <w:r w:rsidRPr="00465D17">
        <w:rPr>
          <w:lang w:val="pl-PL"/>
        </w:rPr>
        <w:t>☐ 7–12 lat     ☐ 13–18 lat</w:t>
      </w:r>
    </w:p>
    <w:p w14:paraId="67F02682" w14:textId="77777777" w:rsidR="00A46690" w:rsidRPr="00465D17" w:rsidRDefault="00000000">
      <w:pPr>
        <w:spacing w:after="80"/>
        <w:rPr>
          <w:lang w:val="pl-PL"/>
        </w:rPr>
      </w:pPr>
      <w:r w:rsidRPr="00465D17">
        <w:rPr>
          <w:b/>
          <w:lang w:val="pl-PL"/>
        </w:rPr>
        <w:t xml:space="preserve">Klasa: </w:t>
      </w:r>
      <w:r w:rsidRPr="00465D17">
        <w:rPr>
          <w:lang w:val="pl-PL"/>
        </w:rPr>
        <w:t>....................................................</w:t>
      </w:r>
    </w:p>
    <w:p w14:paraId="0691B7A0" w14:textId="7A1526B9" w:rsidR="00A46690" w:rsidRPr="00465D17" w:rsidRDefault="00000000">
      <w:pPr>
        <w:spacing w:after="80"/>
        <w:rPr>
          <w:lang w:val="pl-PL"/>
        </w:rPr>
      </w:pPr>
      <w:r w:rsidRPr="00465D17">
        <w:rPr>
          <w:b/>
          <w:lang w:val="pl-PL"/>
        </w:rPr>
        <w:t xml:space="preserve">Miejscowość zamieszkania: </w:t>
      </w:r>
      <w:r w:rsidRPr="00465D17">
        <w:rPr>
          <w:lang w:val="pl-PL"/>
        </w:rPr>
        <w:t>........................................................................................................................</w:t>
      </w:r>
    </w:p>
    <w:p w14:paraId="1F3E1D84" w14:textId="77777777" w:rsidR="00A46690" w:rsidRPr="00465D17" w:rsidRDefault="00000000">
      <w:pPr>
        <w:pStyle w:val="Nagwek1"/>
        <w:spacing w:before="200" w:after="100"/>
        <w:rPr>
          <w:lang w:val="pl-PL"/>
        </w:rPr>
      </w:pPr>
      <w:r w:rsidRPr="00465D17">
        <w:rPr>
          <w:lang w:val="pl-PL"/>
        </w:rPr>
        <w:t>2. WYBÓR DZIAŁAŃ PROJEKTOWYCH</w:t>
      </w:r>
    </w:p>
    <w:p w14:paraId="2CFF17C1" w14:textId="77777777" w:rsidR="00A46690" w:rsidRPr="00465D17" w:rsidRDefault="00000000">
      <w:pPr>
        <w:spacing w:after="40"/>
        <w:rPr>
          <w:lang w:val="pl-PL"/>
        </w:rPr>
      </w:pPr>
      <w:r w:rsidRPr="00465D17">
        <w:rPr>
          <w:b/>
          <w:lang w:val="pl-PL"/>
        </w:rPr>
        <w:t xml:space="preserve">☐ </w:t>
      </w:r>
      <w:r w:rsidRPr="00465D17">
        <w:rPr>
          <w:lang w:val="pl-PL"/>
        </w:rPr>
        <w:t>warsztaty edukacyjne „Skąd się biorą pieniądze?” – grupa 7–12 lat</w:t>
      </w:r>
    </w:p>
    <w:p w14:paraId="513F044B" w14:textId="77777777" w:rsidR="00A46690" w:rsidRPr="00465D17" w:rsidRDefault="00000000">
      <w:pPr>
        <w:spacing w:after="40"/>
        <w:rPr>
          <w:lang w:val="pl-PL"/>
        </w:rPr>
      </w:pPr>
      <w:r w:rsidRPr="00465D17">
        <w:rPr>
          <w:b/>
          <w:lang w:val="pl-PL"/>
        </w:rPr>
        <w:t xml:space="preserve">☐ </w:t>
      </w:r>
      <w:r w:rsidRPr="00465D17">
        <w:rPr>
          <w:lang w:val="pl-PL"/>
        </w:rPr>
        <w:t>„Akademia Młodego Finansisty” – grupa 13–18 lat</w:t>
      </w:r>
    </w:p>
    <w:p w14:paraId="799483C7" w14:textId="77777777" w:rsidR="00A46690" w:rsidRPr="00465D17" w:rsidRDefault="00000000">
      <w:pPr>
        <w:spacing w:after="40"/>
        <w:rPr>
          <w:lang w:val="pl-PL"/>
        </w:rPr>
      </w:pPr>
      <w:r w:rsidRPr="00465D17">
        <w:rPr>
          <w:b/>
          <w:lang w:val="pl-PL"/>
        </w:rPr>
        <w:t xml:space="preserve">☐ </w:t>
      </w:r>
      <w:r w:rsidRPr="00465D17">
        <w:rPr>
          <w:lang w:val="pl-PL"/>
        </w:rPr>
        <w:t>konkurs „Mój pomysł na oszczędzanie”</w:t>
      </w:r>
    </w:p>
    <w:p w14:paraId="5190593C" w14:textId="77777777" w:rsidR="00A46690" w:rsidRPr="00465D17" w:rsidRDefault="00000000">
      <w:pPr>
        <w:spacing w:after="40"/>
        <w:rPr>
          <w:lang w:val="pl-PL"/>
        </w:rPr>
      </w:pPr>
      <w:r w:rsidRPr="00465D17">
        <w:rPr>
          <w:b/>
          <w:lang w:val="pl-PL"/>
        </w:rPr>
        <w:t xml:space="preserve">☐ </w:t>
      </w:r>
      <w:r w:rsidRPr="00465D17">
        <w:rPr>
          <w:lang w:val="pl-PL"/>
        </w:rPr>
        <w:t>udział w innych działaniach organizowanych w ramach projektu</w:t>
      </w:r>
    </w:p>
    <w:p w14:paraId="29BC3B06" w14:textId="77777777" w:rsidR="00A46690" w:rsidRPr="00465D17" w:rsidRDefault="00000000">
      <w:pPr>
        <w:spacing w:after="40"/>
        <w:rPr>
          <w:lang w:val="pl-PL"/>
        </w:rPr>
      </w:pPr>
      <w:r w:rsidRPr="00465D17">
        <w:rPr>
          <w:b/>
          <w:lang w:val="pl-PL"/>
        </w:rPr>
        <w:t xml:space="preserve">☐ </w:t>
      </w:r>
      <w:r w:rsidRPr="00465D17">
        <w:rPr>
          <w:lang w:val="pl-PL"/>
        </w:rPr>
        <w:t>wycieczka edukacyjna na Giełdę Papierów Wartościowych w Warszawie*</w:t>
      </w:r>
    </w:p>
    <w:p w14:paraId="3531220F" w14:textId="77777777" w:rsidR="00A46690" w:rsidRPr="00465D17" w:rsidRDefault="00000000">
      <w:pPr>
        <w:spacing w:after="40"/>
        <w:ind w:left="283"/>
        <w:rPr>
          <w:lang w:val="pl-PL"/>
        </w:rPr>
      </w:pPr>
      <w:r w:rsidRPr="00465D17">
        <w:rPr>
          <w:i/>
          <w:sz w:val="17"/>
          <w:lang w:val="pl-PL"/>
        </w:rPr>
        <w:t>* Udział w wycieczce będzie uzależniony od liczby miejsc i kryteriów określonych przez organizatora.</w:t>
      </w:r>
    </w:p>
    <w:p w14:paraId="11CE283C" w14:textId="33280183" w:rsidR="00A46690" w:rsidRPr="00465D17" w:rsidRDefault="00465D17">
      <w:pPr>
        <w:pStyle w:val="Nagwek1"/>
        <w:spacing w:before="200" w:after="100"/>
        <w:rPr>
          <w:lang w:val="pl-PL"/>
        </w:rPr>
      </w:pPr>
      <w:r>
        <w:rPr>
          <w:lang w:val="pl-PL"/>
        </w:rPr>
        <w:t>3.</w:t>
      </w:r>
      <w:r w:rsidR="00000000" w:rsidRPr="00465D17">
        <w:rPr>
          <w:lang w:val="pl-PL"/>
        </w:rPr>
        <w:t xml:space="preserve"> DANE RODZICA / PRAWNEGO OPIEKUNA</w:t>
      </w:r>
    </w:p>
    <w:p w14:paraId="2CEA474A" w14:textId="77777777" w:rsidR="00A46690" w:rsidRPr="00465D17" w:rsidRDefault="00000000">
      <w:pPr>
        <w:spacing w:after="80"/>
        <w:rPr>
          <w:lang w:val="pl-PL"/>
        </w:rPr>
      </w:pPr>
      <w:r w:rsidRPr="00465D17">
        <w:rPr>
          <w:b/>
          <w:lang w:val="pl-PL"/>
        </w:rPr>
        <w:t xml:space="preserve">Imię i nazwisko rodzica/opiekuna: </w:t>
      </w:r>
      <w:r w:rsidRPr="00465D17">
        <w:rPr>
          <w:lang w:val="pl-PL"/>
        </w:rPr>
        <w:t>........................................................................................................................</w:t>
      </w:r>
    </w:p>
    <w:p w14:paraId="32BDA2EC" w14:textId="77777777" w:rsidR="00A46690" w:rsidRPr="00465D17" w:rsidRDefault="00000000">
      <w:pPr>
        <w:spacing w:after="80"/>
        <w:rPr>
          <w:lang w:val="pl-PL"/>
        </w:rPr>
      </w:pPr>
      <w:r w:rsidRPr="00465D17">
        <w:rPr>
          <w:b/>
          <w:lang w:val="pl-PL"/>
        </w:rPr>
        <w:t xml:space="preserve">Telefon kontaktowy: </w:t>
      </w:r>
      <w:r w:rsidRPr="00465D17">
        <w:rPr>
          <w:lang w:val="pl-PL"/>
        </w:rPr>
        <w:t>........................................................................................................................</w:t>
      </w:r>
    </w:p>
    <w:p w14:paraId="302004B0" w14:textId="77777777" w:rsidR="00A46690" w:rsidRPr="00465D17" w:rsidRDefault="00000000">
      <w:pPr>
        <w:spacing w:after="80"/>
        <w:rPr>
          <w:lang w:val="pl-PL"/>
        </w:rPr>
      </w:pPr>
      <w:r w:rsidRPr="00465D17">
        <w:rPr>
          <w:b/>
          <w:lang w:val="pl-PL"/>
        </w:rPr>
        <w:t xml:space="preserve">Adres e-mail: </w:t>
      </w:r>
      <w:r w:rsidRPr="00465D17">
        <w:rPr>
          <w:lang w:val="pl-PL"/>
        </w:rPr>
        <w:t>........................................................................................................................</w:t>
      </w:r>
    </w:p>
    <w:p w14:paraId="57609C51" w14:textId="67EA813B" w:rsidR="00A46690" w:rsidRPr="00465D17" w:rsidRDefault="00465D17">
      <w:pPr>
        <w:pStyle w:val="Nagwek1"/>
        <w:spacing w:before="200" w:after="100"/>
        <w:rPr>
          <w:lang w:val="pl-PL"/>
        </w:rPr>
      </w:pPr>
      <w:r>
        <w:rPr>
          <w:lang w:val="pl-PL"/>
        </w:rPr>
        <w:t>4</w:t>
      </w:r>
      <w:r w:rsidR="00000000" w:rsidRPr="00465D17">
        <w:rPr>
          <w:lang w:val="pl-PL"/>
        </w:rPr>
        <w:t>. ZGODA RODZICA / PRAWNEGO OPIEKUNA</w:t>
      </w:r>
    </w:p>
    <w:p w14:paraId="3059BB19" w14:textId="77777777" w:rsidR="00A46690" w:rsidRPr="00465D17" w:rsidRDefault="00000000">
      <w:pPr>
        <w:spacing w:after="100"/>
        <w:rPr>
          <w:lang w:val="pl-PL"/>
        </w:rPr>
      </w:pPr>
      <w:r w:rsidRPr="00465D17">
        <w:rPr>
          <w:lang w:val="pl-PL"/>
        </w:rPr>
        <w:t>Ja, niżej podpisany/a ........................................................................................................................ jako rodzic/prawny opiekun ........................................................................................................................ wyrażam zgodę na udział mojego dziecka w projekcie „Młodzi Odkrywcy Finansów” organizowanym przez Gminną Bibliotekę Publiczną w Serokomli w okresie od 1 września do 30 listopada 2026 r.</w:t>
      </w:r>
    </w:p>
    <w:p w14:paraId="7D6B8898" w14:textId="77777777" w:rsidR="00A46690" w:rsidRPr="00465D17" w:rsidRDefault="00000000">
      <w:pPr>
        <w:spacing w:after="120"/>
        <w:rPr>
          <w:lang w:val="pl-PL"/>
        </w:rPr>
      </w:pPr>
      <w:r w:rsidRPr="00465D17">
        <w:rPr>
          <w:lang w:val="pl-PL"/>
        </w:rPr>
        <w:t>Oświadczam, że zapoznałem/</w:t>
      </w:r>
      <w:proofErr w:type="spellStart"/>
      <w:r w:rsidRPr="00465D17">
        <w:rPr>
          <w:lang w:val="pl-PL"/>
        </w:rPr>
        <w:t>am</w:t>
      </w:r>
      <w:proofErr w:type="spellEnd"/>
      <w:r w:rsidRPr="00465D17">
        <w:rPr>
          <w:lang w:val="pl-PL"/>
        </w:rPr>
        <w:t xml:space="preserve"> się z informacjami dotyczącymi projektu oraz akceptuję zasady uczestnictwa.</w:t>
      </w:r>
    </w:p>
    <w:p w14:paraId="2164193F" w14:textId="25BF9562" w:rsidR="00A46690" w:rsidRPr="00465D17" w:rsidRDefault="00465D17">
      <w:pPr>
        <w:pStyle w:val="Nagwek1"/>
        <w:spacing w:before="200" w:after="100"/>
        <w:rPr>
          <w:lang w:val="pl-PL"/>
        </w:rPr>
      </w:pPr>
      <w:r>
        <w:rPr>
          <w:lang w:val="pl-PL"/>
        </w:rPr>
        <w:t>5</w:t>
      </w:r>
      <w:r w:rsidR="00000000" w:rsidRPr="00465D17">
        <w:rPr>
          <w:lang w:val="pl-PL"/>
        </w:rPr>
        <w:t>. ZGODA NA WYKORZYSTANIE WIZERUNKU</w:t>
      </w:r>
    </w:p>
    <w:p w14:paraId="18293A44" w14:textId="77777777" w:rsidR="00A46690" w:rsidRPr="00465D17" w:rsidRDefault="00000000">
      <w:pPr>
        <w:spacing w:after="60"/>
        <w:rPr>
          <w:lang w:val="pl-PL"/>
        </w:rPr>
      </w:pPr>
      <w:r w:rsidRPr="00465D17">
        <w:rPr>
          <w:b/>
          <w:lang w:val="pl-PL"/>
        </w:rPr>
        <w:t xml:space="preserve">Wyrażam zgodę / Nie wyrażam zgody* </w:t>
      </w:r>
      <w:r w:rsidRPr="00465D17">
        <w:rPr>
          <w:lang w:val="pl-PL"/>
        </w:rPr>
        <w:t>na nieodpłatne utrwalanie i publikowanie wizerunku mojego dziecka, zarejestrowanego podczas działań realizowanych w ramach projektu, w materiałach informacyjnych i promocyjnych Gminnej Biblioteki Publicznej w Serokomli, w szczególności na stronie internetowej biblioteki i w mediach społecznościowych, wyłącznie w związku z realizacją i promocją projektu.</w:t>
      </w:r>
    </w:p>
    <w:p w14:paraId="00ACF4E9" w14:textId="77777777" w:rsidR="00A46690" w:rsidRPr="00465D17" w:rsidRDefault="00000000">
      <w:pPr>
        <w:spacing w:after="100"/>
        <w:rPr>
          <w:lang w:val="pl-PL"/>
        </w:rPr>
      </w:pPr>
      <w:r w:rsidRPr="00465D17">
        <w:rPr>
          <w:i/>
          <w:sz w:val="17"/>
          <w:lang w:val="pl-PL"/>
        </w:rPr>
        <w:t>* Niepotrzebne skreślić.</w:t>
      </w:r>
    </w:p>
    <w:p w14:paraId="063C3696" w14:textId="46244DCA" w:rsidR="00A46690" w:rsidRPr="00465D17" w:rsidRDefault="00465D17">
      <w:pPr>
        <w:pStyle w:val="Nagwek1"/>
        <w:spacing w:before="200" w:after="100"/>
        <w:rPr>
          <w:lang w:val="pl-PL"/>
        </w:rPr>
      </w:pPr>
      <w:r>
        <w:rPr>
          <w:lang w:val="pl-PL"/>
        </w:rPr>
        <w:lastRenderedPageBreak/>
        <w:t>6</w:t>
      </w:r>
      <w:r w:rsidR="00000000" w:rsidRPr="00465D17">
        <w:rPr>
          <w:lang w:val="pl-PL"/>
        </w:rPr>
        <w:t>. INFORMACJA I OŚWIADCZENIE DOTYCZĄCE DANYCH OSOBOWYCH</w:t>
      </w:r>
    </w:p>
    <w:p w14:paraId="4F06C4DA" w14:textId="77777777" w:rsidR="00A46690" w:rsidRPr="00465D17" w:rsidRDefault="00000000">
      <w:pPr>
        <w:spacing w:after="100"/>
        <w:rPr>
          <w:lang w:val="pl-PL"/>
        </w:rPr>
      </w:pPr>
      <w:r w:rsidRPr="00465D17">
        <w:rPr>
          <w:lang w:val="pl-PL"/>
        </w:rPr>
        <w:t>Oświadczam, że zostałem/</w:t>
      </w:r>
      <w:proofErr w:type="spellStart"/>
      <w:r w:rsidRPr="00465D17">
        <w:rPr>
          <w:lang w:val="pl-PL"/>
        </w:rPr>
        <w:t>am</w:t>
      </w:r>
      <w:proofErr w:type="spellEnd"/>
      <w:r w:rsidRPr="00465D17">
        <w:rPr>
          <w:lang w:val="pl-PL"/>
        </w:rPr>
        <w:t xml:space="preserve"> poinformowany/a, iż dane osobowe podane w formularzu będą przetwarzane przez Gminną Bibliotekę Publiczną w Serokomli w celu przeprowadzenia rekrutacji, organizacji i dokumentowania udziału w projekcie „Młodzi Odkrywcy Finansów”, a także monitorowania i ewaluacji projektu. Podanie danych jest dobrowolne, jednak niezbędne do udziału w projekcie.</w:t>
      </w:r>
    </w:p>
    <w:p w14:paraId="51BAB28C" w14:textId="77777777" w:rsidR="00A46690" w:rsidRPr="00465D17" w:rsidRDefault="00000000">
      <w:pPr>
        <w:spacing w:after="100"/>
        <w:rPr>
          <w:lang w:val="pl-PL"/>
        </w:rPr>
      </w:pPr>
      <w:r w:rsidRPr="00465D17">
        <w:rPr>
          <w:lang w:val="pl-PL"/>
        </w:rPr>
        <w:t>Mam świadomość przysługującego mi prawa dostępu do danych, ich sprostowania, ograniczenia przetwarzania oraz innych praw wynikających z obowiązujących przepisów o ochronie danych osobowych.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A46690" w14:paraId="1AC50352" w14:textId="77777777">
        <w:trPr>
          <w:jc w:val="center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2608D2A" w14:textId="77777777" w:rsidR="00A46690" w:rsidRDefault="00000000">
            <w:pPr>
              <w:jc w:val="center"/>
            </w:pPr>
            <w:r>
              <w:t>.......................................................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D1431BD" w14:textId="77777777" w:rsidR="00A46690" w:rsidRDefault="00000000">
            <w:pPr>
              <w:jc w:val="center"/>
            </w:pPr>
            <w:r>
              <w:t>.......................................................</w:t>
            </w:r>
          </w:p>
        </w:tc>
      </w:tr>
      <w:tr w:rsidR="00A46690" w14:paraId="51F02218" w14:textId="77777777">
        <w:trPr>
          <w:jc w:val="center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31D1B3C" w14:textId="77777777" w:rsidR="00A46690" w:rsidRDefault="00000000">
            <w:pPr>
              <w:jc w:val="center"/>
            </w:pPr>
            <w:r>
              <w:t>data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EAA9A59" w14:textId="77777777" w:rsidR="00A46690" w:rsidRDefault="00000000">
            <w:pPr>
              <w:jc w:val="center"/>
            </w:pPr>
            <w:r>
              <w:t>podpis rodzica / prawnego opiekuna</w:t>
            </w:r>
          </w:p>
        </w:tc>
      </w:tr>
    </w:tbl>
    <w:p w14:paraId="0458E3CA" w14:textId="3151844A" w:rsidR="00A46690" w:rsidRDefault="00465D17">
      <w:pPr>
        <w:pStyle w:val="Nagwek1"/>
        <w:spacing w:before="200" w:after="100"/>
      </w:pPr>
      <w:r>
        <w:t>7</w:t>
      </w:r>
      <w:r w:rsidR="00000000">
        <w:t>. INFORMACJA DLA UCZESTNIKA</w:t>
      </w:r>
    </w:p>
    <w:p w14:paraId="61277387" w14:textId="5D54C25E" w:rsidR="00A46690" w:rsidRDefault="00000000">
      <w:pPr>
        <w:spacing w:after="40"/>
        <w:rPr>
          <w:lang w:val="pl-PL"/>
        </w:rPr>
      </w:pPr>
      <w:r w:rsidRPr="00465D17">
        <w:rPr>
          <w:b/>
          <w:lang w:val="pl-PL"/>
        </w:rPr>
        <w:t xml:space="preserve">☐ </w:t>
      </w:r>
      <w:r w:rsidRPr="00465D17">
        <w:rPr>
          <w:lang w:val="pl-PL"/>
        </w:rPr>
        <w:t>aktywny udział w zajęciach i działaniach projektowych</w:t>
      </w:r>
      <w:r w:rsidR="00543530">
        <w:rPr>
          <w:lang w:val="pl-PL"/>
        </w:rPr>
        <w:t>5907180330307</w:t>
      </w:r>
    </w:p>
    <w:p w14:paraId="0E0AABC4" w14:textId="77777777" w:rsidR="00543530" w:rsidRPr="00465D17" w:rsidRDefault="00543530">
      <w:pPr>
        <w:spacing w:after="40"/>
        <w:rPr>
          <w:lang w:val="pl-PL"/>
        </w:rPr>
      </w:pPr>
    </w:p>
    <w:p w14:paraId="4187F642" w14:textId="77777777" w:rsidR="00A46690" w:rsidRPr="00465D17" w:rsidRDefault="00000000">
      <w:pPr>
        <w:spacing w:after="40"/>
        <w:rPr>
          <w:lang w:val="pl-PL"/>
        </w:rPr>
      </w:pPr>
      <w:r w:rsidRPr="00465D17">
        <w:rPr>
          <w:b/>
          <w:lang w:val="pl-PL"/>
        </w:rPr>
        <w:t xml:space="preserve">☐ </w:t>
      </w:r>
      <w:r w:rsidRPr="00465D17">
        <w:rPr>
          <w:lang w:val="pl-PL"/>
        </w:rPr>
        <w:t>przestrzeganie zasad organizacyjnych obowiązujących podczas zajęć</w:t>
      </w:r>
    </w:p>
    <w:p w14:paraId="17FF1141" w14:textId="77777777" w:rsidR="00A46690" w:rsidRPr="00465D17" w:rsidRDefault="00000000">
      <w:pPr>
        <w:spacing w:after="40"/>
        <w:rPr>
          <w:lang w:val="pl-PL"/>
        </w:rPr>
      </w:pPr>
      <w:r w:rsidRPr="00465D17">
        <w:rPr>
          <w:b/>
          <w:lang w:val="pl-PL"/>
        </w:rPr>
        <w:t xml:space="preserve">☐ </w:t>
      </w:r>
      <w:r w:rsidRPr="00465D17">
        <w:rPr>
          <w:lang w:val="pl-PL"/>
        </w:rPr>
        <w:t>informowanie organizatora o nieobecności</w:t>
      </w:r>
    </w:p>
    <w:p w14:paraId="2F45A4D5" w14:textId="77777777" w:rsidR="00A46690" w:rsidRPr="00465D17" w:rsidRDefault="00000000">
      <w:pPr>
        <w:spacing w:after="40"/>
        <w:rPr>
          <w:lang w:val="pl-PL"/>
        </w:rPr>
      </w:pPr>
      <w:r w:rsidRPr="00465D17">
        <w:rPr>
          <w:b/>
          <w:lang w:val="pl-PL"/>
        </w:rPr>
        <w:t xml:space="preserve">☐ </w:t>
      </w:r>
      <w:r w:rsidRPr="00465D17">
        <w:rPr>
          <w:lang w:val="pl-PL"/>
        </w:rPr>
        <w:t>dbanie o powierzone materiały i wyposażenie</w:t>
      </w:r>
    </w:p>
    <w:p w14:paraId="1DD15E64" w14:textId="77777777" w:rsidR="00A46690" w:rsidRPr="00465D17" w:rsidRDefault="00000000">
      <w:pPr>
        <w:spacing w:after="40"/>
        <w:rPr>
          <w:lang w:val="pl-PL"/>
        </w:rPr>
      </w:pPr>
      <w:r w:rsidRPr="00465D17">
        <w:rPr>
          <w:b/>
          <w:lang w:val="pl-PL"/>
        </w:rPr>
        <w:t xml:space="preserve">☐ </w:t>
      </w:r>
      <w:r w:rsidRPr="00465D17">
        <w:rPr>
          <w:lang w:val="pl-PL"/>
        </w:rPr>
        <w:t>przestrzeganie zasad bezpieczeństwa podczas zajęć i wyjazdów</w:t>
      </w:r>
    </w:p>
    <w:p w14:paraId="041EE219" w14:textId="77777777" w:rsidR="00A46690" w:rsidRPr="00465D17" w:rsidRDefault="00000000">
      <w:pPr>
        <w:spacing w:after="160"/>
        <w:rPr>
          <w:lang w:val="pl-PL"/>
        </w:rPr>
      </w:pPr>
      <w:r w:rsidRPr="00465D17">
        <w:rPr>
          <w:lang w:val="pl-PL"/>
        </w:rPr>
        <w:t>O zakwalifikowaniu do projektu decydować będzie kolejność zgłoszeń, przy zachowaniu zasady równego dostępu do udziału w projekcie.</w:t>
      </w:r>
    </w:p>
    <w:p w14:paraId="2FD47C4D" w14:textId="5F5A93A4" w:rsidR="00A46690" w:rsidRDefault="00465D17">
      <w:pPr>
        <w:pStyle w:val="Nagwek1"/>
        <w:spacing w:before="200" w:after="100"/>
      </w:pPr>
      <w:r>
        <w:t>8</w:t>
      </w:r>
      <w:r w:rsidR="00000000">
        <w:t>. WYPEŁNIA ORGANIZATOR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A46690" w14:paraId="1550B665" w14:textId="77777777">
        <w:trPr>
          <w:jc w:val="center"/>
        </w:trPr>
        <w:tc>
          <w:tcPr>
            <w:tcW w:w="5100" w:type="dxa"/>
            <w:tcBorders>
              <w:top w:val="single" w:sz="4" w:space="0" w:color="D5DDE3"/>
              <w:left w:val="single" w:sz="4" w:space="0" w:color="D5DDE3"/>
              <w:bottom w:val="single" w:sz="4" w:space="0" w:color="D5DDE3"/>
              <w:right w:val="single" w:sz="4" w:space="0" w:color="D5DDE3"/>
            </w:tcBorders>
            <w:shd w:val="clear" w:color="auto" w:fill="F3F6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5B157B0" w14:textId="77777777" w:rsidR="00A46690" w:rsidRDefault="00000000">
            <w:r>
              <w:rPr>
                <w:b/>
              </w:rPr>
              <w:t>Data wpływu formularza</w:t>
            </w:r>
          </w:p>
        </w:tc>
        <w:tc>
          <w:tcPr>
            <w:tcW w:w="5100" w:type="dxa"/>
            <w:tcBorders>
              <w:top w:val="single" w:sz="4" w:space="0" w:color="D5DDE3"/>
              <w:left w:val="single" w:sz="4" w:space="0" w:color="D5DDE3"/>
              <w:bottom w:val="single" w:sz="4" w:space="0" w:color="D5DDE3"/>
              <w:right w:val="single" w:sz="4" w:space="0" w:color="D5DD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F7DB9E0" w14:textId="77777777" w:rsidR="00A46690" w:rsidRDefault="00000000">
            <w:r>
              <w:t>................................................</w:t>
            </w:r>
          </w:p>
        </w:tc>
      </w:tr>
      <w:tr w:rsidR="00A46690" w14:paraId="1DC37A96" w14:textId="77777777">
        <w:trPr>
          <w:jc w:val="center"/>
        </w:trPr>
        <w:tc>
          <w:tcPr>
            <w:tcW w:w="5100" w:type="dxa"/>
            <w:tcBorders>
              <w:top w:val="single" w:sz="4" w:space="0" w:color="D5DDE3"/>
              <w:left w:val="single" w:sz="4" w:space="0" w:color="D5DDE3"/>
              <w:bottom w:val="single" w:sz="4" w:space="0" w:color="D5DDE3"/>
              <w:right w:val="single" w:sz="4" w:space="0" w:color="D5DDE3"/>
            </w:tcBorders>
            <w:shd w:val="clear" w:color="auto" w:fill="F3F6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4720972" w14:textId="77777777" w:rsidR="00A46690" w:rsidRDefault="00000000">
            <w:r>
              <w:rPr>
                <w:b/>
              </w:rPr>
              <w:t>Zakwalifikowano do udziału</w:t>
            </w:r>
          </w:p>
        </w:tc>
        <w:tc>
          <w:tcPr>
            <w:tcW w:w="5100" w:type="dxa"/>
            <w:tcBorders>
              <w:top w:val="single" w:sz="4" w:space="0" w:color="D5DDE3"/>
              <w:left w:val="single" w:sz="4" w:space="0" w:color="D5DDE3"/>
              <w:bottom w:val="single" w:sz="4" w:space="0" w:color="D5DDE3"/>
              <w:right w:val="single" w:sz="4" w:space="0" w:color="D5DD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5E14291" w14:textId="77777777" w:rsidR="00A46690" w:rsidRDefault="00000000">
            <w:r>
              <w:t>☐ TAK     ☐ NIE</w:t>
            </w:r>
          </w:p>
        </w:tc>
      </w:tr>
      <w:tr w:rsidR="00A46690" w14:paraId="6BD6CE51" w14:textId="77777777">
        <w:trPr>
          <w:jc w:val="center"/>
        </w:trPr>
        <w:tc>
          <w:tcPr>
            <w:tcW w:w="5100" w:type="dxa"/>
            <w:tcBorders>
              <w:top w:val="single" w:sz="4" w:space="0" w:color="D5DDE3"/>
              <w:left w:val="single" w:sz="4" w:space="0" w:color="D5DDE3"/>
              <w:bottom w:val="single" w:sz="4" w:space="0" w:color="D5DDE3"/>
              <w:right w:val="single" w:sz="4" w:space="0" w:color="D5DDE3"/>
            </w:tcBorders>
            <w:shd w:val="clear" w:color="auto" w:fill="F3F6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F429206" w14:textId="77777777" w:rsidR="00A46690" w:rsidRDefault="00000000">
            <w:r>
              <w:rPr>
                <w:b/>
              </w:rPr>
              <w:t>Grupa</w:t>
            </w:r>
          </w:p>
        </w:tc>
        <w:tc>
          <w:tcPr>
            <w:tcW w:w="5100" w:type="dxa"/>
            <w:tcBorders>
              <w:top w:val="single" w:sz="4" w:space="0" w:color="D5DDE3"/>
              <w:left w:val="single" w:sz="4" w:space="0" w:color="D5DDE3"/>
              <w:bottom w:val="single" w:sz="4" w:space="0" w:color="D5DDE3"/>
              <w:right w:val="single" w:sz="4" w:space="0" w:color="D5DD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7E8DF99" w14:textId="77777777" w:rsidR="00A46690" w:rsidRDefault="00000000">
            <w:r>
              <w:t>☐ 7–12 lat     ☐ 13–18 lat</w:t>
            </w:r>
          </w:p>
        </w:tc>
      </w:tr>
      <w:tr w:rsidR="00A46690" w14:paraId="520D99FE" w14:textId="77777777">
        <w:trPr>
          <w:jc w:val="center"/>
        </w:trPr>
        <w:tc>
          <w:tcPr>
            <w:tcW w:w="5100" w:type="dxa"/>
            <w:tcBorders>
              <w:top w:val="single" w:sz="4" w:space="0" w:color="D5DDE3"/>
              <w:left w:val="single" w:sz="4" w:space="0" w:color="D5DDE3"/>
              <w:bottom w:val="single" w:sz="4" w:space="0" w:color="D5DDE3"/>
              <w:right w:val="single" w:sz="4" w:space="0" w:color="D5DDE3"/>
            </w:tcBorders>
            <w:shd w:val="clear" w:color="auto" w:fill="F3F6F8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AB5DC2F" w14:textId="77777777" w:rsidR="00A46690" w:rsidRDefault="00000000">
            <w:r>
              <w:rPr>
                <w:b/>
              </w:rPr>
              <w:t>Uwagi</w:t>
            </w:r>
          </w:p>
        </w:tc>
        <w:tc>
          <w:tcPr>
            <w:tcW w:w="5100" w:type="dxa"/>
            <w:tcBorders>
              <w:top w:val="single" w:sz="4" w:space="0" w:color="D5DDE3"/>
              <w:left w:val="single" w:sz="4" w:space="0" w:color="D5DDE3"/>
              <w:bottom w:val="single" w:sz="4" w:space="0" w:color="D5DDE3"/>
              <w:right w:val="single" w:sz="4" w:space="0" w:color="D5DDE3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DCCBA23" w14:textId="77777777" w:rsidR="00A46690" w:rsidRDefault="00000000">
            <w:r>
              <w:t>................................................................................</w:t>
            </w:r>
          </w:p>
        </w:tc>
      </w:tr>
    </w:tbl>
    <w:p w14:paraId="6ED997D6" w14:textId="77777777" w:rsidR="00A46690" w:rsidRPr="00465D17" w:rsidRDefault="00000000">
      <w:pPr>
        <w:spacing w:before="200"/>
        <w:jc w:val="center"/>
        <w:rPr>
          <w:lang w:val="pl-PL"/>
        </w:rPr>
      </w:pPr>
      <w:r w:rsidRPr="00465D17">
        <w:rPr>
          <w:b/>
          <w:lang w:val="pl-PL"/>
        </w:rPr>
        <w:t>Dziękujemy za zgłoszenie udziału w projekcie „Młodzi Odkrywcy Finansów”!</w:t>
      </w:r>
    </w:p>
    <w:sectPr w:rsidR="00A46690" w:rsidRPr="00465D17" w:rsidSect="00034616">
      <w:headerReference w:type="default" r:id="rId8"/>
      <w:footerReference w:type="default" r:id="rId9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2353B" w14:textId="77777777" w:rsidR="00F209A8" w:rsidRDefault="00F209A8">
      <w:pPr>
        <w:spacing w:after="0" w:line="240" w:lineRule="auto"/>
      </w:pPr>
      <w:r>
        <w:separator/>
      </w:r>
    </w:p>
  </w:endnote>
  <w:endnote w:type="continuationSeparator" w:id="0">
    <w:p w14:paraId="3B0A86D0" w14:textId="77777777" w:rsidR="00F209A8" w:rsidRDefault="00F2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236BE" w14:textId="77777777" w:rsidR="00A46690" w:rsidRPr="00465D17" w:rsidRDefault="00000000">
    <w:pPr>
      <w:pStyle w:val="Stopka"/>
      <w:jc w:val="center"/>
      <w:rPr>
        <w:lang w:val="pl-PL"/>
      </w:rPr>
    </w:pPr>
    <w:r w:rsidRPr="00465D17">
      <w:rPr>
        <w:sz w:val="16"/>
        <w:lang w:val="pl-PL"/>
      </w:rPr>
      <w:t>Gminna Biblioteka Publiczna w Serokomli  •  „Młodzi Odkrywcy Finansów”  • 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A2B10" w14:textId="77777777" w:rsidR="00F209A8" w:rsidRDefault="00F209A8">
      <w:pPr>
        <w:spacing w:after="0" w:line="240" w:lineRule="auto"/>
      </w:pPr>
      <w:r>
        <w:separator/>
      </w:r>
    </w:p>
  </w:footnote>
  <w:footnote w:type="continuationSeparator" w:id="0">
    <w:p w14:paraId="52348AA4" w14:textId="77777777" w:rsidR="00F209A8" w:rsidRDefault="00F20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33110" w14:textId="77777777" w:rsidR="00A46690" w:rsidRDefault="00A46690">
    <w:pPr>
      <w:pStyle w:val="Nagwek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4932"/>
      <w:gridCol w:w="4932"/>
    </w:tblGrid>
    <w:tr w:rsidR="00A46690" w:rsidRPr="00465D17" w14:paraId="7F70CE4A" w14:textId="77777777">
      <w:trPr>
        <w:jc w:val="center"/>
      </w:trPr>
      <w:tc>
        <w:tcPr>
          <w:tcW w:w="4932" w:type="dxa"/>
          <w:tcBorders>
            <w:top w:val="nil"/>
            <w:left w:val="nil"/>
            <w:bottom w:val="nil"/>
            <w:right w:val="nil"/>
          </w:tcBorders>
          <w:tcMar>
            <w:top w:w="40" w:type="dxa"/>
            <w:left w:w="80" w:type="dxa"/>
            <w:bottom w:w="40" w:type="dxa"/>
            <w:right w:w="80" w:type="dxa"/>
          </w:tcMar>
          <w:vAlign w:val="center"/>
        </w:tcPr>
        <w:p w14:paraId="4D4E3629" w14:textId="38ED1396" w:rsidR="00A46690" w:rsidRDefault="00A46690">
          <w:pPr>
            <w:jc w:val="center"/>
          </w:pPr>
        </w:p>
      </w:tc>
      <w:tc>
        <w:tcPr>
          <w:tcW w:w="4932" w:type="dxa"/>
          <w:tcBorders>
            <w:top w:val="nil"/>
            <w:left w:val="nil"/>
            <w:bottom w:val="nil"/>
            <w:right w:val="nil"/>
          </w:tcBorders>
          <w:tcMar>
            <w:top w:w="40" w:type="dxa"/>
            <w:left w:w="80" w:type="dxa"/>
            <w:bottom w:w="40" w:type="dxa"/>
            <w:right w:w="80" w:type="dxa"/>
          </w:tcMar>
          <w:vAlign w:val="center"/>
        </w:tcPr>
        <w:p w14:paraId="4C80ACC5" w14:textId="77777777" w:rsidR="00A46690" w:rsidRPr="00465D17" w:rsidRDefault="00000000">
          <w:pPr>
            <w:jc w:val="right"/>
            <w:rPr>
              <w:lang w:val="pl-PL"/>
            </w:rPr>
          </w:pPr>
          <w:r w:rsidRPr="00465D17">
            <w:rPr>
              <w:b/>
              <w:lang w:val="pl-PL"/>
            </w:rPr>
            <w:t>GMINNA BIBLIOTEKA PUBLICZNA W SEROKOMLI</w:t>
          </w:r>
          <w:r w:rsidRPr="00465D17">
            <w:rPr>
              <w:sz w:val="17"/>
              <w:lang w:val="pl-PL"/>
            </w:rPr>
            <w:br/>
            <w:t>ul. Warszawska 25, 21-413 Serokomla  •  tel. 25 755 46 47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7638493">
    <w:abstractNumId w:val="8"/>
  </w:num>
  <w:num w:numId="2" w16cid:durableId="1157187754">
    <w:abstractNumId w:val="6"/>
  </w:num>
  <w:num w:numId="3" w16cid:durableId="1723677682">
    <w:abstractNumId w:val="5"/>
  </w:num>
  <w:num w:numId="4" w16cid:durableId="1446265705">
    <w:abstractNumId w:val="4"/>
  </w:num>
  <w:num w:numId="5" w16cid:durableId="1271552473">
    <w:abstractNumId w:val="7"/>
  </w:num>
  <w:num w:numId="6" w16cid:durableId="272440979">
    <w:abstractNumId w:val="3"/>
  </w:num>
  <w:num w:numId="7" w16cid:durableId="1799714256">
    <w:abstractNumId w:val="2"/>
  </w:num>
  <w:num w:numId="8" w16cid:durableId="1107698022">
    <w:abstractNumId w:val="1"/>
  </w:num>
  <w:num w:numId="9" w16cid:durableId="2075161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65D17"/>
    <w:rsid w:val="00523198"/>
    <w:rsid w:val="00543530"/>
    <w:rsid w:val="009C6B0F"/>
    <w:rsid w:val="00A46690"/>
    <w:rsid w:val="00AA1D8D"/>
    <w:rsid w:val="00B47730"/>
    <w:rsid w:val="00CB0664"/>
    <w:rsid w:val="00F209A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2C7A92"/>
  <w14:defaultImageDpi w14:val="300"/>
  <w15:docId w15:val="{66C55AB4-37CB-4DA6-B0AD-37976C14A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588</Words>
  <Characters>3533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Bibliotekarz 1</cp:lastModifiedBy>
  <cp:revision>3</cp:revision>
  <cp:lastPrinted>2026-08-28T08:25:00Z</cp:lastPrinted>
  <dcterms:created xsi:type="dcterms:W3CDTF">2013-12-23T23:15:00Z</dcterms:created>
  <dcterms:modified xsi:type="dcterms:W3CDTF">2026-08-28T13:39:00Z</dcterms:modified>
  <cp:category/>
</cp:coreProperties>
</file>